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בית, טור, פזמון חוזר ופסיחה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מבנה השיר משפיע על הרעיון והקצב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בשיר נתון וליצור מבנה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טורים המופרדת ברווח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שורה אחת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 שממשיך מטור אחד לטור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קושר בין הבתים ומדגיש את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האופן שבו השיר בנוי: בתים, טורים, סדר וחזרות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בית הוא קבוצת טורים; טור הוא שורה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חוזר כמה פעמים, לרוב אחרי כל 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כי המשפט לא נגמר בסוף הטור וממשיך הלאה.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בית פתיחה מתאר מצב ובית סיום מביא מסקנה.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הטור קובע את הקצב, ההפסקות והמילה שמודגשת בסופו.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פזמון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מבנה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טורים המופרדת ברווח)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(שורה אחת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(טור או בית שחוזר אחרי כל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(משפט שממשיך מטור לטור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(סדר הבתים, הטורים והתפנית בשיר)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הבדיקה של מבנה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ספרו כמה בתים יש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 כמה טורים יש בכל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יש פזמון חוזר וכמה פעמים הוא מופיע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פסיחות בין טורים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זהו את נקודת התפנית או את בית הסיום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שלושה בתים ברורים לפי הזמנים, פזמון זהה או דומה אחרי כל בית, ושימוש תקין בטורים.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הוא קבוצת טורים, טור הוא 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הפזמון קושר בין הבתים ומדגיש את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הפסיחה יוצרת תנועה ומתח כי המשפט ממשיך לטור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שיר ידוע ולסמן יחד בתים, טורים ופזמון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כדאי לתת דוגמה קצרה למבנה הרצוי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שעוזרות להבין איך שיר בנוי: בית, טור, פזמון וחזרה.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טורים בשיר שמופרדת מקבוצות אחרות ברווח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אחת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פזמון חוזר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 או בית שחוזרים כמה פעמים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האופן שבו השיר בנוי - בתים, טורים, סדר רעיונות ותפנית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פסיחה (רצף בין טורים)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שלא נגמר בסוף הטור וממשיך לטור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בשיר שבה הרעיון או הרגש משתנים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 הראשון בשיר, לרוב מציג תיאור או 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סיום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 האחרון בשיר, לרוב מביא מסקנה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טורים המופרדת ברווח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שורה אחת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טור?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שורה אחת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פסיחה?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שממשיך מטור אחד לטור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הראשון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פזמון חוזר?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קושר בין הבתים ומדגיש את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מסיים את השיר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מאריך את השיר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משנה את החריזה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מבנה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האופן שבו השיר בנוי: בתים, טורים, סדר וחזרות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מספר הטורים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הפזמון החוזר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הוא שורה אחת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פזמון חוזר מופיע בדרך כלל רק פעם אחת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פסיחה יוצרת תנועה ומתח בשיר.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השיר יכול להראות תפנית בין הבתים.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 קובע רק את אורך השיר ולא משפיע על הקצב.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קבוצת טורים שמופרדת מקבוצות אחרות ברווח.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שורה אחת בשיר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משפט ממשיך מטור אחד לטור הבא קוראים לכך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טור או בית שחוזרים כמה פעמים בשיר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מראה איך הרעיון והרגש מתפתחים לאורך השיר.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שממשיך מטור לטור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 הבתים, הטורים והתפנית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פזמון חוזר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טורים המופרדת ברווח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טור או בית שחוזר אחרי כל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מבנה השיר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שורה אחת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הבדיקה של מבנה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פסיחות בין טורים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יש פזמון חוזר וכמה פעמים הוא מופיע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כמה טורים יש בכל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נקודת התפנית או את בית הסיום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כמה בתים יש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שיר קצר בן שלושה בתים: בית ראשון - בוקר, בית שני - צהריים, בית שלישי - לילה. הוסיפו פזמון חוזר אחרי כל 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בית 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הפזמון החוזר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פסיחה ואיך היא משפיעה על הקריאה?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