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מבנה השיר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המושגים בית, טור, פזמון חוזר ופסיחה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מבנה השיר משפיע על הרעיון והקצב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מבנה בשיר נתון וליצור מבנה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קבוצת טורים המופרדת ברווח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שורה אחת בשיר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בית הוא קבוצת טורים; טור הוא שורה אחת.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חוזר כמה פעמים, לרוב אחרי כל בית.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(קבוצת טורים המופרדת ברווח)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(שורה אחת בשיר)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(טור או בית שחוזר אחרי כל 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(משפט שממשיך מטור לטור הבא)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הבדיקה של מבנה 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ספרו כמה בתים יש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ספרו כמה טורים יש בכל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בדקו אם יש פזמון חוזר וכמה פעמים הוא מופיע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חפשו פסיחות בין טורים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בית הוא קבוצת טורים, טור הוא שורה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הפזמון קושר בין הבתים ומדגיש את המסר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הפסיחה יוצרת תנועה ומתח כי המשפט ממשיך לטור 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שיר ידוע ולסמן יחד בתים, טורים ופזמון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 הכתיבה כדאי לתת דוגמה קצרה למבנה הרצוי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מבנה השיר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המושגים שמסבירים איך בנוי שיר: בית, טור, פזמון חוזר, פסיחה ומבנה השיר כולו.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בית  ·  טור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בית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קבוצת טורים המופרדת ברווח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שורה אחת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חזרה על טור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טור?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קבוצת 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שורה אחת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חזרה על 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בית הוא שורה אחת בשיר.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פזמון חוזר מופיע בדרך כלל רק פעם אחת בשיר.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הוא קבוצת טורים שמופרדת מקבוצות אחרות ברווח.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שורה אחת בשיר נקראת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שורה אחת בשיר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טור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משפט שממשיך מטור לטור הבא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פזמון חוזר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טור או בית שחוזר אחרי כל 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פסיחה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קבוצת טורים המופרדת ברווח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הבדיקה של מבנה 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חפשו פסיחות בין טורים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ספרו כמה בתים יש בשיר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ספרו כמה טורים יש בכל 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בדקו אם יש פזמון חוזר וכמה פעמים הוא מופיע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בית לטור?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תפקיד הפזמון החוזר בשיר?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מבנה השיר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